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4CF7B4B4" w:rsidP="4CF7B4B4" w:rsidRDefault="4CF7B4B4" w14:paraId="3CE25345" w14:textId="58658417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18833FD2" w14:textId="3C10C99F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53CD4E97" w14:textId="5CB7FEDC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0346C3CB" w14:textId="28E8395D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52C94520" w14:textId="2720F95A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42B877BD" w14:textId="4BB6F454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04F68D73" w14:textId="601E6AB6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</w:p>
    <w:p xmlns:wp14="http://schemas.microsoft.com/office/word/2010/wordml" w:rsidP="4CF7B4B4" w14:paraId="42189196" wp14:textId="77777777">
      <w:pPr>
        <w:pStyle w:val="Title"/>
        <w:jc w:val="center"/>
        <w:rPr>
          <w:rFonts w:ascii="Calibri" w:hAnsi="Calibri" w:eastAsia="Calibri" w:cs="Calibri" w:asciiTheme="majorAscii" w:hAnsiTheme="majorAscii" w:eastAsiaTheme="majorAscii" w:cstheme="majorAscii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AQA French Y11 to Y12 Summer Transition Task</w:t>
      </w:r>
    </w:p>
    <w:p w:rsidR="4CF7B4B4" w:rsidP="4CF7B4B4" w:rsidRDefault="4CF7B4B4" w14:paraId="3F089F64" w14:textId="1393EF47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26DAA118" w14:textId="4F69F4CA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6A617AF2" w14:textId="044A1A0C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681D446C" w14:textId="7185BDA8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3D2D9FE4" w14:textId="39AF17FE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0A5936A5" w14:textId="43D7E531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493AF7BA" w14:textId="28424DEA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12D56932" w14:textId="5D27C6F8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0A80817E" w14:textId="394A63B1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7725D07F" w14:textId="4FB38F71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169998A1" w14:textId="2CC75008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49F5B7FF" w14:textId="3BC15553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62A3CDF2" w14:textId="3C999A0D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xmlns:wp14="http://schemas.microsoft.com/office/word/2010/wordml" w:rsidP="4CF7B4B4" w14:paraId="44FB65FC" wp14:textId="1B2A21E9">
      <w:pPr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32"/>
          <w:szCs w:val="32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32"/>
          <w:szCs w:val="32"/>
        </w:rPr>
        <w:t>PART A: Grammar Revision (50%)</w:t>
      </w:r>
    </w:p>
    <w:p xmlns:wp14="http://schemas.microsoft.com/office/word/2010/wordml" w:rsidP="4CF7B4B4" w14:paraId="529C3821" wp14:textId="19151D80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6"/>
          <w:szCs w:val="36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Exercise 1: Present Tense</w:t>
      </w:r>
    </w:p>
    <w:p xmlns:wp14="http://schemas.microsoft.com/office/word/2010/wordml" w:rsidP="4CF7B4B4" w14:paraId="3D65AB51" wp14:textId="7943725E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Complete the sentences using the correct form of the verb in brackets.</w:t>
      </w:r>
    </w:p>
    <w:p xmlns:wp14="http://schemas.microsoft.com/office/word/2010/wordml" w:rsidP="4CF7B4B4" w14:paraId="44ECB664" wp14:textId="7E832D83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(faire) du sport tous les week-ends.</w:t>
      </w:r>
    </w:p>
    <w:p xmlns:wp14="http://schemas.microsoft.com/office/word/2010/wordml" w:rsidP="4CF7B4B4" w14:paraId="26164F63" wp14:textId="0181256A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(aller) au cinéma souvent.</w:t>
      </w:r>
    </w:p>
    <w:p xmlns:wp14="http://schemas.microsoft.com/office/word/2010/wordml" w:rsidP="4CF7B4B4" w14:paraId="001CD5C7" wp14:textId="3B9D1254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Mes amis __________ (être) très sympathiques.</w:t>
      </w:r>
    </w:p>
    <w:p xmlns:wp14="http://schemas.microsoft.com/office/word/2010/wordml" w:rsidP="4CF7B4B4" w14:paraId="379CB0A3" wp14:textId="33E73711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Tu __________ (avoir) beaucoup de devoirs.</w:t>
      </w:r>
    </w:p>
    <w:p xmlns:wp14="http://schemas.microsoft.com/office/word/2010/wordml" w:rsidP="4CF7B4B4" w14:paraId="50E63554" wp14:textId="4E054375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Ils __________ (prendre) le bus pour aller au lycée.</w:t>
      </w:r>
    </w:p>
    <w:p xmlns:wp14="http://schemas.microsoft.com/office/word/2010/wordml" w:rsidP="4CF7B4B4" w14:paraId="66C23AD1" wp14:textId="72B7D726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(se lever) à sept heures.</w:t>
      </w:r>
    </w:p>
    <w:p xmlns:wp14="http://schemas.microsoft.com/office/word/2010/wordml" w:rsidP="4CF7B4B4" w14:paraId="798AF39E" wp14:textId="4E5D50D8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Vous __________ (pouvoir) parler français.</w:t>
      </w:r>
    </w:p>
    <w:p xmlns:wp14="http://schemas.microsoft.com/office/word/2010/wordml" w:rsidP="4CF7B4B4" w14:paraId="0FD5A94F" wp14:textId="54D5B65E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Elle __________ (vouloir) devenir médecin.</w:t>
      </w:r>
    </w:p>
    <w:p xmlns:wp14="http://schemas.microsoft.com/office/word/2010/wordml" w:rsidP="4CF7B4B4" w14:paraId="6F7862C5" wp14:textId="26DE1508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(devoir) travailler dur.</w:t>
      </w:r>
    </w:p>
    <w:p xmlns:wp14="http://schemas.microsoft.com/office/word/2010/wordml" w:rsidP="4CF7B4B4" w14:paraId="5733AAE0" wp14:textId="7FBE551B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Tu __________ (s'appeler) comment ?</w:t>
      </w:r>
    </w:p>
    <w:p xmlns:wp14="http://schemas.microsoft.com/office/word/2010/wordml" w:rsidP="4CF7B4B4" w14:paraId="6D4872AE" wp14:textId="678C8A05">
      <w:pPr>
        <w:spacing w:before="0" w:beforeAutospacing="off" w:after="0" w:afterAutospacing="off" w:line="300" w:lineRule="auto"/>
        <w:rPr>
          <w:sz w:val="28"/>
          <w:szCs w:val="28"/>
        </w:rPr>
      </w:pPr>
    </w:p>
    <w:p xmlns:wp14="http://schemas.microsoft.com/office/word/2010/wordml" w:rsidP="4CF7B4B4" w14:paraId="60DD571B" wp14:textId="5BC864FD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6"/>
          <w:szCs w:val="36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Exercise 2: Perfect Tense</w:t>
      </w:r>
    </w:p>
    <w:p xmlns:wp14="http://schemas.microsoft.com/office/word/2010/wordml" w:rsidP="4CF7B4B4" w14:paraId="3499EF9C" wp14:textId="21C4FC8F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Put the verbs into the perfect tense.</w:t>
      </w:r>
    </w:p>
    <w:p xmlns:wp14="http://schemas.microsoft.com/office/word/2010/wordml" w:rsidP="4CF7B4B4" w14:paraId="3F7E91B8" wp14:textId="0D0D893D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Hier, j'__________ (regarder) un film.</w:t>
      </w:r>
    </w:p>
    <w:p xmlns:wp14="http://schemas.microsoft.com/office/word/2010/wordml" w:rsidP="4CF7B4B4" w14:paraId="20DE837F" wp14:textId="3ED3F6B2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(visiter) Paris pendant les vacances.</w:t>
      </w:r>
    </w:p>
    <w:p xmlns:wp14="http://schemas.microsoft.com/office/word/2010/wordml" w:rsidP="4CF7B4B4" w14:paraId="019AF058" wp14:textId="7C3459EE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Elle __________ (faire) ses devoirs.</w:t>
      </w:r>
    </w:p>
    <w:p xmlns:wp14="http://schemas.microsoft.com/office/word/2010/wordml" w:rsidP="4CF7B4B4" w14:paraId="727CB063" wp14:textId="3DFDFC26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Ils __________ (aller) en Espagne.</w:t>
      </w:r>
    </w:p>
    <w:p xmlns:wp14="http://schemas.microsoft.com/office/word/2010/wordml" w:rsidP="4CF7B4B4" w14:paraId="2FA5559E" wp14:textId="71136F19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Tu __________ (prendre) le train.</w:t>
      </w:r>
    </w:p>
    <w:p xmlns:wp14="http://schemas.microsoft.com/office/word/2010/wordml" w:rsidP="4CF7B4B4" w14:paraId="7528C1DB" wp14:textId="23CD054A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(se coucher) tard.</w:t>
      </w:r>
    </w:p>
    <w:p xmlns:wp14="http://schemas.microsoft.com/office/word/2010/wordml" w:rsidP="4CF7B4B4" w14:paraId="1F03EF0D" wp14:textId="4FECCE33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Vous __________ (avoir) une bonne journée.</w:t>
      </w:r>
    </w:p>
    <w:p xmlns:wp14="http://schemas.microsoft.com/office/word/2010/wordml" w:rsidP="4CF7B4B4" w14:paraId="10E7DD84" wp14:textId="294A1B7A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 __________ (être) malade.</w:t>
      </w:r>
    </w:p>
    <w:p xmlns:wp14="http://schemas.microsoft.com/office/word/2010/wordml" w:rsidP="4CF7B4B4" w14:paraId="0D81001C" wp14:textId="7A930800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(manger) au restaurant.</w:t>
      </w:r>
    </w:p>
    <w:p xmlns:wp14="http://schemas.microsoft.com/office/word/2010/wordml" w:rsidP="4CF7B4B4" w14:paraId="63A9FDFC" wp14:textId="61BBAAE2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Elles __________ (sortir) avec leurs amis.</w:t>
      </w:r>
    </w:p>
    <w:p xmlns:wp14="http://schemas.microsoft.com/office/word/2010/wordml" w:rsidP="4CF7B4B4" w14:paraId="4C1443D7" wp14:textId="79594F2C">
      <w:pPr>
        <w:spacing w:before="0" w:beforeAutospacing="off" w:after="0" w:afterAutospacing="off" w:line="300" w:lineRule="auto"/>
      </w:pPr>
    </w:p>
    <w:p xmlns:wp14="http://schemas.microsoft.com/office/word/2010/wordml" w:rsidP="4CF7B4B4" w14:paraId="50A3BC1C" wp14:textId="093D5F74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6"/>
          <w:szCs w:val="36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Exercise 3: Imperfect Tense</w:t>
      </w:r>
    </w:p>
    <w:p xmlns:wp14="http://schemas.microsoft.com/office/word/2010/wordml" w:rsidP="4CF7B4B4" w14:paraId="1795E828" wp14:textId="0B411368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Complete the sentences.</w:t>
      </w:r>
    </w:p>
    <w:p xmlns:wp14="http://schemas.microsoft.com/office/word/2010/wordml" w:rsidP="4CF7B4B4" w14:paraId="339ACFA1" wp14:textId="4BAE48CB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Quand j'étais petit, je __________ (jouer) au football.</w:t>
      </w:r>
    </w:p>
    <w:p xmlns:wp14="http://schemas.microsoft.com/office/word/2010/wordml" w:rsidP="4CF7B4B4" w14:paraId="249D74DA" wp14:textId="2F6999BF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(habiter) dans une grande ville.</w:t>
      </w:r>
    </w:p>
    <w:p xmlns:wp14="http://schemas.microsoft.com/office/word/2010/wordml" w:rsidP="4CF7B4B4" w14:paraId="37CB3543" wp14:textId="2542F165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 __________ (faire) toujours beau.</w:t>
      </w:r>
    </w:p>
    <w:p xmlns:wp14="http://schemas.microsoft.com/office/word/2010/wordml" w:rsidP="4CF7B4B4" w14:paraId="0566E103" wp14:textId="43D2C91A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Vous __________ (regarder) souvent la télévision.</w:t>
      </w:r>
    </w:p>
    <w:p xmlns:wp14="http://schemas.microsoft.com/office/word/2010/wordml" w:rsidP="4CF7B4B4" w14:paraId="4CDFFB9C" wp14:textId="5184CD6A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(avoir) beaucoup d'amis.</w:t>
      </w:r>
    </w:p>
    <w:p xmlns:wp14="http://schemas.microsoft.com/office/word/2010/wordml" w:rsidP="4CF7B4B4" w14:paraId="1E969B30" wp14:textId="7984108C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Elles __________ (être) très timides.</w:t>
      </w:r>
    </w:p>
    <w:p xmlns:wp14="http://schemas.microsoft.com/office/word/2010/wordml" w:rsidP="4CF7B4B4" w14:paraId="7EA80BA1" wp14:textId="1CA21A11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Tu __________ (lire) des romans.</w:t>
      </w:r>
    </w:p>
    <w:p xmlns:wp14="http://schemas.microsoft.com/office/word/2010/wordml" w:rsidP="4CF7B4B4" w14:paraId="6DE83561" wp14:textId="6E77B54E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(aller) à la plage chaque été.</w:t>
      </w:r>
    </w:p>
    <w:p xmlns:wp14="http://schemas.microsoft.com/office/word/2010/wordml" w:rsidP="4CF7B4B4" w14:paraId="5F0D4FEF" wp14:textId="1DDB5141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 __________ (prendre) le bus tous les jours.</w:t>
      </w:r>
    </w:p>
    <w:p xmlns:wp14="http://schemas.microsoft.com/office/word/2010/wordml" w:rsidP="4CF7B4B4" w14:paraId="1C443FFC" wp14:textId="77E4E1D5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(se lever) à huit heures.</w:t>
      </w:r>
    </w:p>
    <w:p xmlns:wp14="http://schemas.microsoft.com/office/word/2010/wordml" w:rsidP="4CF7B4B4" w14:paraId="1D4892AB" wp14:textId="3CF54DE5">
      <w:pPr>
        <w:spacing w:before="0" w:beforeAutospacing="off" w:after="0" w:afterAutospacing="off" w:line="300" w:lineRule="auto"/>
        <w:rPr>
          <w:sz w:val="28"/>
          <w:szCs w:val="28"/>
        </w:rPr>
      </w:pPr>
    </w:p>
    <w:p xmlns:wp14="http://schemas.microsoft.com/office/word/2010/wordml" w:rsidP="4CF7B4B4" w14:paraId="7A3A779E" wp14:textId="083EAAE1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6"/>
          <w:szCs w:val="36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Exercise 4: Future Tense</w:t>
      </w:r>
    </w:p>
    <w:p xmlns:wp14="http://schemas.microsoft.com/office/word/2010/wordml" w:rsidP="4CF7B4B4" w14:paraId="36F97AE6" wp14:textId="74073DAD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Translate into French.</w:t>
      </w:r>
    </w:p>
    <w:p xmlns:wp14="http://schemas.microsoft.com/office/word/2010/wordml" w:rsidP="4CF7B4B4" w14:paraId="1DE1817C" wp14:textId="12E9A61F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 will study French at A-Level.</w:t>
      </w:r>
    </w:p>
    <w:p xmlns:wp14="http://schemas.microsoft.com/office/word/2010/wordml" w:rsidP="4CF7B4B4" w14:paraId="774D8DAA" wp14:textId="5E4F3B19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Next year I will work harder.</w:t>
      </w:r>
    </w:p>
    <w:p xmlns:wp14="http://schemas.microsoft.com/office/word/2010/wordml" w:rsidP="4CF7B4B4" w14:paraId="461EFD26" wp14:textId="70F36E1F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We will visit France.</w:t>
      </w:r>
    </w:p>
    <w:p xmlns:wp14="http://schemas.microsoft.com/office/word/2010/wordml" w:rsidP="4CF7B4B4" w14:paraId="066CA601" wp14:textId="69CC8949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They will go to university.</w:t>
      </w:r>
    </w:p>
    <w:p xmlns:wp14="http://schemas.microsoft.com/office/word/2010/wordml" w:rsidP="4CF7B4B4" w14:paraId="7BDBF423" wp14:textId="618C108D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 will improve my grammar.</w:t>
      </w:r>
    </w:p>
    <w:p xmlns:wp14="http://schemas.microsoft.com/office/word/2010/wordml" w:rsidP="4CF7B4B4" w14:paraId="2ADC2FCF" wp14:textId="4BC11410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You will learn new vocabulary.</w:t>
      </w:r>
    </w:p>
    <w:p xmlns:wp14="http://schemas.microsoft.com/office/word/2010/wordml" w:rsidP="4CF7B4B4" w14:paraId="0BCE9148" wp14:textId="5544B7E9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My friends will travel abroad.</w:t>
      </w:r>
    </w:p>
    <w:p xmlns:wp14="http://schemas.microsoft.com/office/word/2010/wordml" w:rsidP="4CF7B4B4" w14:paraId="67C4E53A" wp14:textId="49D4BC65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 will read </w:t>
      </w:r>
      <w:r w:rsidRPr="4CF7B4B4" w:rsidR="7284E519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4"/>
          <w:szCs w:val="24"/>
          <w:lang w:val="en-US"/>
        </w:rPr>
        <w:t>L'Étranger</w:t>
      </w: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4CF7B4B4" w14:paraId="32CFCB33" wp14:textId="631732AF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We will watch </w:t>
      </w:r>
      <w:r w:rsidRPr="4CF7B4B4" w:rsidR="7284E519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4"/>
          <w:szCs w:val="24"/>
          <w:lang w:val="en-US"/>
        </w:rPr>
        <w:t>La Haine</w:t>
      </w: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4CF7B4B4" w14:paraId="384D0A73" wp14:textId="3A3FA96F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It will be an interesting year.</w:t>
      </w:r>
    </w:p>
    <w:p xmlns:wp14="http://schemas.microsoft.com/office/word/2010/wordml" w:rsidP="4CF7B4B4" w14:paraId="4FBE5A6F" wp14:textId="3D9F12A2">
      <w:pPr>
        <w:spacing w:before="0" w:beforeAutospacing="off" w:after="0" w:afterAutospacing="off" w:line="300" w:lineRule="auto"/>
        <w:rPr>
          <w:sz w:val="28"/>
          <w:szCs w:val="28"/>
        </w:rPr>
      </w:pPr>
    </w:p>
    <w:p xmlns:wp14="http://schemas.microsoft.com/office/word/2010/wordml" w:rsidP="4CF7B4B4" w14:paraId="520C6D4E" wp14:textId="651AE075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6"/>
          <w:szCs w:val="36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Exercise 5: Conditional Tense</w:t>
      </w:r>
    </w:p>
    <w:p xmlns:wp14="http://schemas.microsoft.com/office/word/2010/wordml" w:rsidP="4CF7B4B4" w14:paraId="4592995F" wp14:textId="388DEC36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Complete the sentences.</w:t>
      </w:r>
    </w:p>
    <w:p xmlns:wp14="http://schemas.microsoft.com/office/word/2010/wordml" w:rsidP="4CF7B4B4" w14:paraId="6CC9926F" wp14:textId="3907B3CD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Si j'avais plus de temps, je __________ (voyager).</w:t>
      </w:r>
    </w:p>
    <w:p xmlns:wp14="http://schemas.microsoft.com/office/word/2010/wordml" w:rsidP="4CF7B4B4" w14:paraId="42FA3008" wp14:textId="2CB22B33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(aimer) vivre en France.</w:t>
      </w:r>
    </w:p>
    <w:p xmlns:wp14="http://schemas.microsoft.com/office/word/2010/wordml" w:rsidP="4CF7B4B4" w14:paraId="7BD0C37A" wp14:textId="0A35626A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(faire) du bénévolat.</w:t>
      </w:r>
    </w:p>
    <w:p xmlns:wp14="http://schemas.microsoft.com/office/word/2010/wordml" w:rsidP="4CF7B4B4" w14:paraId="0D88298B" wp14:textId="221642FB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 __________ (vouloir) devenir professeur.</w:t>
      </w:r>
    </w:p>
    <w:p xmlns:wp14="http://schemas.microsoft.com/office/word/2010/wordml" w:rsidP="4CF7B4B4" w14:paraId="6B048E0E" wp14:textId="34D50ED9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Vous __________ (pouvoir) apprendre plusieurs langues.</w:t>
      </w:r>
    </w:p>
    <w:p xmlns:wp14="http://schemas.microsoft.com/office/word/2010/wordml" w:rsidP="4CF7B4B4" w14:paraId="3CDEB025" wp14:textId="56507CAD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(acheter) une maison en France.</w:t>
      </w:r>
    </w:p>
    <w:p xmlns:wp14="http://schemas.microsoft.com/office/word/2010/wordml" w:rsidP="4CF7B4B4" w14:paraId="55F7DB52" wp14:textId="60F2E18F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Elles __________ (aller) à Paris.</w:t>
      </w:r>
    </w:p>
    <w:p xmlns:wp14="http://schemas.microsoft.com/office/word/2010/wordml" w:rsidP="4CF7B4B4" w14:paraId="3E4AFA25" wp14:textId="07B276F7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Tu __________ (devoir) étudier davantage.</w:t>
      </w:r>
    </w:p>
    <w:p xmlns:wp14="http://schemas.microsoft.com/office/word/2010/wordml" w:rsidP="4CF7B4B4" w14:paraId="5B522282" wp14:textId="539866BB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__________ (être) plus confiants.</w:t>
      </w:r>
    </w:p>
    <w:p xmlns:wp14="http://schemas.microsoft.com/office/word/2010/wordml" w:rsidP="4CF7B4B4" w14:paraId="5C10EE27" wp14:textId="50506163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__________ (prendre) une année sabbatique.</w:t>
      </w:r>
    </w:p>
    <w:p xmlns:wp14="http://schemas.microsoft.com/office/word/2010/wordml" w:rsidP="4CF7B4B4" w14:paraId="51EA6C72" wp14:textId="4BAB7025">
      <w:pPr>
        <w:spacing w:before="0" w:beforeAutospacing="off" w:after="0" w:afterAutospacing="off" w:line="300" w:lineRule="auto"/>
        <w:rPr>
          <w:sz w:val="28"/>
          <w:szCs w:val="28"/>
        </w:rPr>
      </w:pPr>
    </w:p>
    <w:p xmlns:wp14="http://schemas.microsoft.com/office/word/2010/wordml" w:rsidP="4CF7B4B4" w14:paraId="77104557" wp14:textId="4335617B">
      <w:pPr>
        <w:pStyle w:val="Heading3"/>
        <w:spacing w:before="246" w:beforeAutospacing="off" w:after="246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6"/>
          <w:szCs w:val="36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Exercise 6: Complex Structures</w:t>
      </w:r>
    </w:p>
    <w:p xmlns:wp14="http://schemas.microsoft.com/office/word/2010/wordml" w:rsidP="4CF7B4B4" w14:paraId="22B064D0" wp14:textId="0F29454B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Translate into French.</w:t>
      </w:r>
    </w:p>
    <w:p xmlns:wp14="http://schemas.microsoft.com/office/word/2010/wordml" w:rsidP="4CF7B4B4" w14:paraId="126B6B89" wp14:textId="78D6DE93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Although the film is old, it remains relevant.</w:t>
      </w:r>
    </w:p>
    <w:p xmlns:wp14="http://schemas.microsoft.com/office/word/2010/wordml" w:rsidP="4CF7B4B4" w14:paraId="41F4EA5B" wp14:textId="17658D18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Despite the difficulties, he succeeded.</w:t>
      </w:r>
    </w:p>
    <w:p xmlns:wp14="http://schemas.microsoft.com/office/word/2010/wordml" w:rsidP="4CF7B4B4" w14:paraId="198B9073" wp14:textId="0A954E29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However, many young people feel excluded.</w:t>
      </w:r>
    </w:p>
    <w:p xmlns:wp14="http://schemas.microsoft.com/office/word/2010/wordml" w:rsidP="4CF7B4B4" w14:paraId="5BD95350" wp14:textId="21708736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While Vinz is aggressive, Hubert is calm.</w:t>
      </w:r>
    </w:p>
    <w:p xmlns:wp14="http://schemas.microsoft.com/office/word/2010/wordml" w:rsidP="4CF7B4B4" w14:paraId="09A93E71" wp14:textId="04FC4376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Since society is unequal, tensions exist.</w:t>
      </w:r>
    </w:p>
    <w:p xmlns:wp14="http://schemas.microsoft.com/office/word/2010/wordml" w:rsidP="4CF7B4B4" w14:paraId="0471119C" wp14:textId="737247C9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In order to succeed, students must work hard.</w:t>
      </w:r>
    </w:p>
    <w:p xmlns:wp14="http://schemas.microsoft.com/office/word/2010/wordml" w:rsidP="4CF7B4B4" w14:paraId="58F99432" wp14:textId="05D9B62E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Before leaving, he finished his work.</w:t>
      </w:r>
    </w:p>
    <w:p xmlns:wp14="http://schemas.microsoft.com/office/word/2010/wordml" w:rsidP="4CF7B4B4" w14:paraId="15A89BA0" wp14:textId="6690CC88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After watching the film, I reflected on the issues.</w:t>
      </w:r>
    </w:p>
    <w:p xmlns:wp14="http://schemas.microsoft.com/office/word/2010/wordml" w:rsidP="4CF7B4B4" w14:paraId="78133E17" wp14:textId="4D4362FA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On the other hand, some people disagree.</w:t>
      </w:r>
    </w:p>
    <w:p xmlns:wp14="http://schemas.microsoft.com/office/word/2010/wordml" w:rsidP="4CF7B4B4" w14:paraId="2626BB2F" wp14:textId="2078193D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Not only is the film powerful, but it is also realistic.</w:t>
      </w:r>
    </w:p>
    <w:p xmlns:wp14="http://schemas.microsoft.com/office/word/2010/wordml" w:rsidP="4CF7B4B4" w14:paraId="0C4F4F8B" wp14:textId="4E3178F5">
      <w:pPr>
        <w:spacing w:before="0" w:beforeAutospacing="off" w:after="0" w:afterAutospacing="off" w:line="300" w:lineRule="auto"/>
        <w:rPr>
          <w:sz w:val="28"/>
          <w:szCs w:val="28"/>
        </w:rPr>
      </w:pPr>
    </w:p>
    <w:p xmlns:wp14="http://schemas.microsoft.com/office/word/2010/wordml" w:rsidP="4CF7B4B4" w14:paraId="1D69F18C" wp14:textId="12B69D06">
      <w:pPr>
        <w:spacing w:before="0" w:beforeAutospacing="off" w:after="0" w:afterAutospacing="off" w:line="300" w:lineRule="auto"/>
        <w:rPr>
          <w:sz w:val="28"/>
          <w:szCs w:val="28"/>
        </w:rPr>
      </w:pPr>
    </w:p>
    <w:p xmlns:wp14="http://schemas.microsoft.com/office/word/2010/wordml" w:rsidP="4CF7B4B4" w14:paraId="5BE73A3E" wp14:textId="4313AF73">
      <w:pPr>
        <w:pStyle w:val="Heading2"/>
        <w:suppressLineNumbers w:val="0"/>
        <w:bidi w:val="0"/>
        <w:spacing w:before="261" w:beforeAutospacing="off" w:after="261" w:afterAutospacing="off" w:line="300" w:lineRule="auto"/>
        <w:ind w:left="0" w:right="0"/>
        <w:jc w:val="left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Exercice</w:t>
      </w:r>
      <w:r w:rsidRPr="4CF7B4B4" w:rsidR="7284E51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7: grammar errors </w:t>
      </w:r>
    </w:p>
    <w:p xmlns:wp14="http://schemas.microsoft.com/office/word/2010/wordml" w:rsidP="4CF7B4B4" w14:paraId="4228B357" wp14:textId="615AC617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Correct the mistakes.</w:t>
      </w:r>
    </w:p>
    <w:p xmlns:wp14="http://schemas.microsoft.com/office/word/2010/wordml" w:rsidP="4CF7B4B4" w14:paraId="67C4C965" wp14:textId="26CB73EE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suis allé à Paris et j'ai voir la Tour Eiffel.</w:t>
      </w:r>
    </w:p>
    <w:p xmlns:wp14="http://schemas.microsoft.com/office/word/2010/wordml" w:rsidP="4CF7B4B4" w14:paraId="7BC49531" wp14:textId="260BD73F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Quand j'étais jeune, je vais souvent au parc.</w:t>
      </w:r>
    </w:p>
    <w:p xmlns:wp14="http://schemas.microsoft.com/office/word/2010/wordml" w:rsidP="4CF7B4B4" w14:paraId="10692172" wp14:textId="1ECA3ED9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L'année prochaine, je étudierez le français.</w:t>
      </w:r>
    </w:p>
    <w:p xmlns:wp14="http://schemas.microsoft.com/office/word/2010/wordml" w:rsidP="4CF7B4B4" w14:paraId="5B189A78" wp14:textId="38CB3E35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Si j'avais plus d'argent, je voyagerai en France.</w:t>
      </w:r>
    </w:p>
    <w:p xmlns:wp14="http://schemas.microsoft.com/office/word/2010/wordml" w:rsidP="4CF7B4B4" w14:paraId="4C33AE5B" wp14:textId="7DF141B7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Bien que le film est intéressant, il est difficile.</w:t>
      </w:r>
    </w:p>
    <w:p xmlns:wp14="http://schemas.microsoft.com/office/word/2010/wordml" w:rsidP="4CF7B4B4" w14:paraId="548AC09F" wp14:textId="47F81100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Nous avons allé au cinéma.</w:t>
      </w:r>
    </w:p>
    <w:p xmlns:wp14="http://schemas.microsoft.com/office/word/2010/wordml" w:rsidP="4CF7B4B4" w14:paraId="7F42F59D" wp14:textId="7CB78759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Elle est très intelligent.</w:t>
      </w:r>
    </w:p>
    <w:p xmlns:wp14="http://schemas.microsoft.com/office/word/2010/wordml" w:rsidP="4CF7B4B4" w14:paraId="67400ABB" wp14:textId="0E15A544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Je fais mes devoirs hier.</w:t>
      </w:r>
    </w:p>
    <w:p xmlns:wp14="http://schemas.microsoft.com/office/word/2010/wordml" w:rsidP="4CF7B4B4" w14:paraId="5A2C62B0" wp14:textId="0BEE2F6B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Ils prennent le bus quand ils étaient petits.</w:t>
      </w:r>
    </w:p>
    <w:p xmlns:wp14="http://schemas.microsoft.com/office/word/2010/wordml" w:rsidP="4CF7B4B4" w14:paraId="355BFFB1" wp14:textId="55017EE5">
      <w:pPr>
        <w:pStyle w:val="ListParagraph"/>
        <w:numPr>
          <w:ilvl w:val="0"/>
          <w:numId w:val="1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CF7B4B4" w:rsidR="7284E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4"/>
          <w:szCs w:val="24"/>
          <w:lang w:val="en-US"/>
        </w:rPr>
        <w:t>Après avoir regardé le film, je suis très impressionné.</w:t>
      </w:r>
    </w:p>
    <w:p xmlns:wp14="http://schemas.microsoft.com/office/word/2010/wordml" w:rsidP="4CF7B4B4" w14:paraId="0B73AA23" wp14:textId="47F1C698">
      <w:pPr>
        <w:pStyle w:val="Normal"/>
        <w:rPr>
          <w:rFonts w:ascii="Calibri" w:hAnsi="Calibri" w:eastAsia="Calibri" w:cs="Calibri" w:asciiTheme="majorAscii" w:hAnsiTheme="majorAscii" w:eastAsiaTheme="majorAscii" w:cstheme="majorAscii"/>
        </w:rPr>
      </w:pPr>
    </w:p>
    <w:p xmlns:wp14="http://schemas.microsoft.com/office/word/2010/wordml" w:rsidP="4CF7B4B4" w14:paraId="049A0604" wp14:textId="77777777">
      <w:pPr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28"/>
          <w:szCs w:val="28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28"/>
          <w:szCs w:val="28"/>
        </w:rPr>
        <w:t>PART B: Film Research – La Haine (25%)</w:t>
      </w:r>
    </w:p>
    <w:p xmlns:wp14="http://schemas.microsoft.com/office/word/2010/wordml" w:rsidP="4CF7B4B4" w14:paraId="40452B17" wp14:textId="77777777">
      <w:pPr>
        <w:rPr>
          <w:rFonts w:ascii="Calibri" w:hAnsi="Calibri" w:eastAsia="Calibri" w:cs="Calibri" w:asciiTheme="majorAscii" w:hAnsiTheme="majorAscii" w:eastAsiaTheme="majorAscii" w:cstheme="majorAscii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Produce 2 sides of A4 covering: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Director: Mathieu Kassovitz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Release date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Social and political context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Life in the banlieues</w:t>
      </w:r>
    </w:p>
    <w:p xmlns:wp14="http://schemas.microsoft.com/office/word/2010/wordml" w:rsidP="4CF7B4B4" w14:paraId="7D2F86F2" wp14:textId="77777777">
      <w:pPr>
        <w:rPr>
          <w:rFonts w:ascii="Calibri" w:hAnsi="Calibri" w:eastAsia="Calibri" w:cs="Calibri" w:asciiTheme="majorAscii" w:hAnsiTheme="majorAscii" w:eastAsiaTheme="majorAscii" w:cstheme="majorAscii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Research Vinz, Saïd and Hubert: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personality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role in the film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what they represent</w:t>
      </w:r>
    </w:p>
    <w:p xmlns:wp14="http://schemas.microsoft.com/office/word/2010/wordml" w14:paraId="20E14B9D" wp14:textId="77777777"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Themes: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violence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police brutality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racism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friendship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inequality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social exclusion</w:t>
      </w:r>
    </w:p>
    <w:p w:rsidR="4CF7B4B4" w:rsidP="4CF7B4B4" w:rsidRDefault="4CF7B4B4" w14:paraId="5512EC0F" w14:textId="4647665B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08F5B755" w14:textId="0336860F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xmlns:wp14="http://schemas.microsoft.com/office/word/2010/wordml" w:rsidP="4CF7B4B4" w14:paraId="76D8EF95" wp14:textId="77777777">
      <w:pPr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28"/>
          <w:szCs w:val="28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28"/>
          <w:szCs w:val="28"/>
        </w:rPr>
        <w:t>PART C: Literary Research – L’Étranger (25%)</w:t>
      </w:r>
    </w:p>
    <w:p xmlns:wp14="http://schemas.microsoft.com/office/word/2010/wordml" w14:paraId="302AAA57" wp14:textId="77777777"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Produce 2 sides of A4 covering: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Albert Camus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his life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Algeria and French colonialism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- existentialism / absurdism</w:t>
      </w:r>
    </w:p>
    <w:p w:rsidR="4CF7B4B4" w:rsidP="4CF7B4B4" w:rsidRDefault="4CF7B4B4" w14:paraId="6BD696AB" w14:textId="0DE93119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xmlns:wp14="http://schemas.microsoft.com/office/word/2010/wordml" w14:paraId="4B0186B2" wp14:textId="6B6C038D">
      <w:r w:rsidRPr="4CF7B4B4" w:rsidR="4CF7B4B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1F497D" w:themeColor="text2" w:themeTint="FF" w:themeShade="FF"/>
          <w:sz w:val="28"/>
          <w:szCs w:val="28"/>
        </w:rPr>
        <w:t>PART D: Vocabulary Building (Bonus)</w:t>
      </w:r>
      <w:r>
        <w:br/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 xml:space="preserve">Create a vocabulary list of 50 </w:t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new words</w:t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 xml:space="preserve"> or phrases related to society, crime, immigration, identity, </w:t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film</w:t>
      </w:r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 xml:space="preserve"> and literature analysis.</w:t>
      </w:r>
    </w:p>
    <w:p xmlns:wp14="http://schemas.microsoft.com/office/word/2010/wordml" w14:paraId="7B568A6A" wp14:textId="75F81BE4">
      <w:r w:rsidRPr="4CF7B4B4" w:rsidR="4CF7B4B4">
        <w:rPr>
          <w:rFonts w:ascii="Calibri" w:hAnsi="Calibri" w:eastAsia="Calibri" w:cs="Calibri" w:asciiTheme="majorAscii" w:hAnsiTheme="majorAscii" w:eastAsiaTheme="majorAscii" w:cstheme="majorAscii"/>
        </w:rPr>
        <w:t>Include English meaning and a French example sentence.</w:t>
      </w:r>
    </w:p>
    <w:p w:rsidR="4CF7B4B4" w:rsidP="4CF7B4B4" w:rsidRDefault="4CF7B4B4" w14:paraId="28A88083" w14:textId="62D63EBE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w:rsidR="4CF7B4B4" w:rsidP="4CF7B4B4" w:rsidRDefault="4CF7B4B4" w14:paraId="3B5B45B3" w14:textId="1A3A8391">
      <w:pPr>
        <w:rPr>
          <w:rFonts w:ascii="Calibri" w:hAnsi="Calibri" w:eastAsia="Calibri" w:cs="Calibri" w:asciiTheme="majorAscii" w:hAnsiTheme="majorAscii" w:eastAsiaTheme="majorAscii" w:cstheme="majorAscii"/>
        </w:rPr>
      </w:pPr>
    </w:p>
    <w:p xmlns:wp14="http://schemas.microsoft.com/office/word/2010/wordml" w:rsidP="4CF7B4B4" w14:paraId="59C44273" wp14:textId="77777777">
      <w:pPr>
        <w:jc w:val="center"/>
        <w:rPr>
          <w:rFonts w:ascii="Calibri" w:hAnsi="Calibri" w:eastAsia="Calibri" w:cs="Calibri" w:asciiTheme="majorAscii" w:hAnsiTheme="majorAscii" w:eastAsiaTheme="majorAscii" w:cstheme="majorAscii"/>
          <w:i w:val="1"/>
          <w:iCs w:val="1"/>
          <w:color w:val="1F497D" w:themeColor="text2" w:themeTint="FF" w:themeShade="FF"/>
          <w:sz w:val="36"/>
          <w:szCs w:val="36"/>
        </w:rPr>
      </w:pPr>
      <w:r w:rsidRPr="4CF7B4B4" w:rsidR="4CF7B4B4">
        <w:rPr>
          <w:rFonts w:ascii="Calibri" w:hAnsi="Calibri" w:eastAsia="Calibri" w:cs="Calibri" w:asciiTheme="majorAscii" w:hAnsiTheme="majorAscii" w:eastAsiaTheme="majorAscii" w:cstheme="majorAscii"/>
          <w:i w:val="1"/>
          <w:iCs w:val="1"/>
          <w:color w:val="1F497D" w:themeColor="text2" w:themeTint="FF" w:themeShade="FF"/>
          <w:sz w:val="36"/>
          <w:szCs w:val="36"/>
        </w:rPr>
        <w:t>Bonne chance et bonnes vacances !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6">
    <w:nsid w:val="27d6a3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5e01dc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f5849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13a52b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dd6f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4ba8079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4d0c61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466bf5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D004"/>
    <w:rsid w:val="0049D004"/>
    <w:rsid w:val="00AA1D8D"/>
    <w:rsid w:val="00B47730"/>
    <w:rsid w:val="00CB0664"/>
    <w:rsid w:val="00FC693F"/>
    <w:rsid w:val="0E5DEF41"/>
    <w:rsid w:val="1482E169"/>
    <w:rsid w:val="1EDFFF90"/>
    <w:rsid w:val="1FF25992"/>
    <w:rsid w:val="43F437CA"/>
    <w:rsid w:val="467BFECC"/>
    <w:rsid w:val="4CF7B4B4"/>
    <w:rsid w:val="4FE27355"/>
    <w:rsid w:val="4FE27355"/>
    <w:rsid w:val="656EE4BE"/>
    <w:rsid w:val="7284E519"/>
    <w:rsid w:val="761ABD84"/>
    <w:rsid w:val="7886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FA0A619B-8792-4CF9-B739-669CEDFE84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Camille Piepdie (HGS)</dc:creator>
  <keywords/>
  <dc:description>generated by python-docx</dc:description>
  <lastModifiedBy>Camille Piepdie (HGS)</lastModifiedBy>
  <revision>2</revision>
  <dcterms:created xsi:type="dcterms:W3CDTF">2026-07-13T10:37:38.8192003Z</dcterms:created>
  <dcterms:modified xsi:type="dcterms:W3CDTF">2026-07-13T10:50:51.6663708Z</dcterms:modified>
  <category/>
</coreProperties>
</file>